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A3366" w:rsidRDefault="006A3366" w:rsidP="00D25E77">
      <w:pPr>
        <w:ind w:left="1440"/>
        <w:rPr>
          <w:rFonts w:ascii="Arial" w:hAnsi="Arial" w:cs="Arial"/>
          <w:noProof/>
          <w:sz w:val="40"/>
          <w:szCs w:val="40"/>
          <w:lang w:eastAsia="de-DE"/>
        </w:rPr>
      </w:pPr>
      <w:r w:rsidRPr="00D25E77">
        <w:rPr>
          <w:rFonts w:ascii="Arial" w:hAnsi="Arial" w:cs="Arial"/>
          <w:b/>
          <w:noProof/>
          <w:color w:val="76923C" w:themeColor="accent3" w:themeShade="BF"/>
          <w:sz w:val="64"/>
          <w:szCs w:val="64"/>
          <w:lang w:eastAsia="de-DE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>Einladung</w:t>
      </w:r>
      <w:r w:rsidRPr="006A3366">
        <w:rPr>
          <w:rFonts w:ascii="Arial" w:hAnsi="Arial" w:cs="Arial"/>
          <w:b/>
          <w:noProof/>
          <w:color w:val="9BBB59" w:themeColor="accent3"/>
          <w:sz w:val="56"/>
          <w:szCs w:val="56"/>
          <w:lang w:eastAsia="de-DE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 xml:space="preserve"> </w:t>
      </w:r>
      <w:r w:rsidR="00D25E77">
        <w:rPr>
          <w:rFonts w:ascii="Arial" w:hAnsi="Arial" w:cs="Arial"/>
          <w:b/>
          <w:noProof/>
          <w:color w:val="9BBB59" w:themeColor="accent3"/>
          <w:sz w:val="56"/>
          <w:szCs w:val="56"/>
          <w:lang w:eastAsia="de-DE"/>
          <w14:shadow w14:blurRad="49999" w14:dist="50800" w14:dir="7500000" w14:sx="100000" w14:sy="100000" w14:kx="0" w14:ky="0" w14:algn="tl">
            <w14:srgbClr w14:val="000000">
              <w14:alpha w14:val="65000"/>
              <w14:shade w14:val="5000"/>
            </w14:srgbClr>
          </w14:shadow>
          <w14:textOutline w14:w="9525" w14:cap="flat" w14:cmpd="sng" w14:algn="ctr">
            <w14:solidFill>
              <w14:schemeClr w14:val="tx2">
                <w14:tint w14:val="1000"/>
              </w14:schemeClr>
            </w14:solidFill>
            <w14:prstDash w14:val="solid"/>
            <w14:round/>
          </w14:textOutline>
        </w:rPr>
        <w:tab/>
      </w:r>
      <w:r>
        <w:rPr>
          <w:rFonts w:ascii="Arial" w:hAnsi="Arial" w:cs="Arial"/>
          <w:noProof/>
          <w:sz w:val="40"/>
          <w:szCs w:val="40"/>
          <w:lang w:eastAsia="de-DE"/>
        </w:rPr>
        <w:tab/>
      </w:r>
      <w:r w:rsidR="00D25E77">
        <w:rPr>
          <w:rFonts w:ascii="Arial" w:hAnsi="Arial" w:cs="Arial"/>
          <w:noProof/>
          <w:sz w:val="40"/>
          <w:szCs w:val="40"/>
          <w:lang w:eastAsia="de-DE"/>
        </w:rPr>
        <w:tab/>
      </w:r>
      <w:r w:rsidR="00D25E77">
        <w:rPr>
          <w:rFonts w:ascii="Arial" w:hAnsi="Arial" w:cs="Arial"/>
          <w:noProof/>
          <w:sz w:val="40"/>
          <w:szCs w:val="40"/>
          <w:lang w:eastAsia="de-DE"/>
        </w:rPr>
        <w:tab/>
      </w:r>
      <w:r>
        <w:rPr>
          <w:rFonts w:ascii="Arial" w:hAnsi="Arial" w:cs="Arial"/>
          <w:noProof/>
          <w:sz w:val="40"/>
          <w:szCs w:val="40"/>
          <w:lang w:eastAsia="de-DE"/>
        </w:rPr>
        <w:tab/>
      </w:r>
      <w:r w:rsidR="00620E4F">
        <w:rPr>
          <w:rFonts w:ascii="Arial" w:hAnsi="Arial" w:cs="Arial"/>
          <w:noProof/>
          <w:sz w:val="40"/>
          <w:szCs w:val="40"/>
          <w:lang w:eastAsia="de-DE"/>
        </w:rPr>
        <w:t xml:space="preserve">    </w:t>
      </w:r>
      <w:bookmarkStart w:id="0" w:name="_GoBack"/>
      <w:bookmarkEnd w:id="0"/>
      <w:r w:rsidR="00620E4F">
        <w:rPr>
          <w:rFonts w:ascii="Arial" w:hAnsi="Arial" w:cs="Arial"/>
          <w:noProof/>
          <w:sz w:val="40"/>
          <w:szCs w:val="40"/>
          <w:lang w:val="de-DE" w:eastAsia="de-DE"/>
        </w:rPr>
        <w:drawing>
          <wp:inline distT="0" distB="0" distL="0" distR="0">
            <wp:extent cx="714375" cy="824950"/>
            <wp:effectExtent l="0" t="0" r="0" b="0"/>
            <wp:docPr id="1" name="Grafik 1" descr="C:\Users\huber\Documents\Jeanette\UFH jeanette\UFH Logo Bundesverband\UFH Logo hoch mit Arbeitskreis 2026_Calw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huber\Documents\Jeanette\UFH jeanette\UFH Logo Bundesverband\UFH Logo hoch mit Arbeitskreis 2026_Calw.jpg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7013" cy="8279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A3366" w:rsidRPr="006A3366" w:rsidRDefault="006A3366" w:rsidP="006A3366">
      <w:pPr>
        <w:pStyle w:val="KeinLeerraum"/>
        <w:jc w:val="center"/>
        <w:rPr>
          <w:rFonts w:ascii="Arial" w:hAnsi="Arial" w:cs="Arial"/>
          <w:b/>
          <w:bCs/>
          <w:sz w:val="28"/>
          <w:szCs w:val="28"/>
        </w:rPr>
      </w:pPr>
      <w:proofErr w:type="spellStart"/>
      <w:r w:rsidRPr="006A3366">
        <w:rPr>
          <w:rFonts w:ascii="Arial" w:hAnsi="Arial" w:cs="Arial"/>
          <w:b/>
          <w:bCs/>
          <w:sz w:val="28"/>
          <w:szCs w:val="28"/>
        </w:rPr>
        <w:t>Entdecke</w:t>
      </w:r>
      <w:proofErr w:type="spellEnd"/>
      <w:r w:rsidRPr="006A3366">
        <w:rPr>
          <w:rFonts w:ascii="Arial" w:hAnsi="Arial" w:cs="Arial"/>
          <w:b/>
          <w:bCs/>
          <w:sz w:val="28"/>
          <w:szCs w:val="28"/>
        </w:rPr>
        <w:t xml:space="preserve"> die Kraft </w:t>
      </w:r>
      <w:proofErr w:type="spellStart"/>
      <w:r w:rsidRPr="006A3366">
        <w:rPr>
          <w:rFonts w:ascii="Arial" w:hAnsi="Arial" w:cs="Arial"/>
          <w:b/>
          <w:bCs/>
          <w:sz w:val="28"/>
          <w:szCs w:val="28"/>
        </w:rPr>
        <w:t>deines</w:t>
      </w:r>
      <w:proofErr w:type="spellEnd"/>
      <w:r w:rsidRPr="006A3366">
        <w:rPr>
          <w:rFonts w:ascii="Arial" w:hAnsi="Arial" w:cs="Arial"/>
          <w:b/>
          <w:bCs/>
          <w:sz w:val="28"/>
          <w:szCs w:val="28"/>
        </w:rPr>
        <w:t xml:space="preserve"> </w:t>
      </w:r>
      <w:proofErr w:type="spellStart"/>
      <w:r w:rsidRPr="006A3366">
        <w:rPr>
          <w:rFonts w:ascii="Arial" w:hAnsi="Arial" w:cs="Arial"/>
          <w:b/>
          <w:bCs/>
          <w:sz w:val="28"/>
          <w:szCs w:val="28"/>
        </w:rPr>
        <w:t>Atems</w:t>
      </w:r>
      <w:proofErr w:type="spellEnd"/>
    </w:p>
    <w:p w:rsidR="006A3366" w:rsidRPr="004A2AB2" w:rsidRDefault="00B512BA" w:rsidP="006A3366">
      <w:pPr>
        <w:pStyle w:val="KeinLeerraum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Dienstag</w:t>
      </w:r>
      <w:r w:rsidR="006A3366" w:rsidRPr="004A2AB2">
        <w:rPr>
          <w:rFonts w:ascii="Arial" w:hAnsi="Arial" w:cs="Arial"/>
          <w:sz w:val="24"/>
          <w:szCs w:val="24"/>
        </w:rPr>
        <w:t xml:space="preserve">, </w:t>
      </w:r>
      <w:r w:rsidR="006A3366">
        <w:rPr>
          <w:rFonts w:ascii="Arial" w:hAnsi="Arial" w:cs="Arial"/>
          <w:sz w:val="24"/>
          <w:szCs w:val="24"/>
        </w:rPr>
        <w:t>20.</w:t>
      </w:r>
      <w:r>
        <w:rPr>
          <w:rFonts w:ascii="Arial" w:hAnsi="Arial" w:cs="Arial"/>
          <w:sz w:val="24"/>
          <w:szCs w:val="24"/>
        </w:rPr>
        <w:t>10</w:t>
      </w:r>
      <w:r w:rsidR="006A3366" w:rsidRPr="004A2AB2">
        <w:rPr>
          <w:rFonts w:ascii="Arial" w:hAnsi="Arial" w:cs="Arial"/>
          <w:sz w:val="24"/>
          <w:szCs w:val="24"/>
        </w:rPr>
        <w:t xml:space="preserve">.2026 um 19 </w:t>
      </w:r>
      <w:proofErr w:type="spellStart"/>
      <w:r w:rsidR="006A3366" w:rsidRPr="004A2AB2">
        <w:rPr>
          <w:rFonts w:ascii="Arial" w:hAnsi="Arial" w:cs="Arial"/>
          <w:sz w:val="24"/>
          <w:szCs w:val="24"/>
        </w:rPr>
        <w:t>Uhr</w:t>
      </w:r>
      <w:proofErr w:type="spellEnd"/>
    </w:p>
    <w:p w:rsidR="006A3366" w:rsidRPr="004A2AB2" w:rsidRDefault="006A3366" w:rsidP="006A3366">
      <w:pPr>
        <w:pStyle w:val="KeinLeerraum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IKK, </w:t>
      </w:r>
      <w:proofErr w:type="spellStart"/>
      <w:r>
        <w:rPr>
          <w:rFonts w:ascii="Arial" w:hAnsi="Arial" w:cs="Arial"/>
          <w:sz w:val="24"/>
          <w:szCs w:val="24"/>
        </w:rPr>
        <w:t>Badstraße</w:t>
      </w:r>
      <w:proofErr w:type="spellEnd"/>
      <w:r>
        <w:rPr>
          <w:rFonts w:ascii="Arial" w:hAnsi="Arial" w:cs="Arial"/>
          <w:sz w:val="24"/>
          <w:szCs w:val="24"/>
        </w:rPr>
        <w:t xml:space="preserve"> 50, 75365</w:t>
      </w:r>
      <w:r w:rsidRPr="004A2AB2">
        <w:rPr>
          <w:rFonts w:ascii="Arial" w:hAnsi="Arial" w:cs="Arial"/>
          <w:sz w:val="24"/>
          <w:szCs w:val="24"/>
        </w:rPr>
        <w:t xml:space="preserve"> </w:t>
      </w:r>
      <w:proofErr w:type="spellStart"/>
      <w:r w:rsidRPr="004A2AB2">
        <w:rPr>
          <w:rFonts w:ascii="Arial" w:hAnsi="Arial" w:cs="Arial"/>
          <w:sz w:val="24"/>
          <w:szCs w:val="24"/>
        </w:rPr>
        <w:t>Calw</w:t>
      </w:r>
      <w:proofErr w:type="spellEnd"/>
    </w:p>
    <w:p w:rsidR="006A3366" w:rsidRPr="00FA48BC" w:rsidRDefault="006A3366" w:rsidP="006A3366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de-DE"/>
        </w:rPr>
      </w:pPr>
    </w:p>
    <w:p w:rsidR="00A36B0B" w:rsidRDefault="006A3366" w:rsidP="00A36B0B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b/>
          <w:bCs/>
          <w:sz w:val="22"/>
          <w:lang w:eastAsia="de-DE"/>
        </w:rPr>
      </w:pPr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Was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wäre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,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wenn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du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mit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einem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einzigen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Atemzug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deinen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Zustand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verändern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könntest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?</w:t>
      </w:r>
    </w:p>
    <w:p w:rsidR="006A3366" w:rsidRPr="00623D37" w:rsidRDefault="006A3366" w:rsidP="00A36B0B">
      <w:pPr>
        <w:spacing w:before="100" w:beforeAutospacing="1" w:after="100" w:afterAutospacing="1" w:line="240" w:lineRule="auto"/>
        <w:outlineLvl w:val="0"/>
        <w:rPr>
          <w:rFonts w:ascii="Arial" w:eastAsia="Times New Roman" w:hAnsi="Arial" w:cs="Arial"/>
          <w:sz w:val="22"/>
          <w:lang w:eastAsia="de-DE"/>
        </w:rPr>
      </w:pPr>
      <w:proofErr w:type="spellStart"/>
      <w:proofErr w:type="gramStart"/>
      <w:r w:rsidRPr="00623D37">
        <w:rPr>
          <w:rFonts w:ascii="Arial" w:eastAsia="Times New Roman" w:hAnsi="Arial" w:cs="Arial"/>
          <w:sz w:val="22"/>
          <w:lang w:eastAsia="de-DE"/>
        </w:rPr>
        <w:t>Atmen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passiert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automatisch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  <w:proofErr w:type="gram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Jede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Minute,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jeden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Tag. Und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doch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steckt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darin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ein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erstaunlich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wirkungsvolles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Werkzeug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: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dein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Atem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kann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dir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helfen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, Stress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zu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regulieren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,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deinen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Fokus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zu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schärfen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gram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und</w:t>
      </w:r>
      <w:proofErr w:type="gram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neue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Energie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zu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aktivieren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.</w:t>
      </w:r>
    </w:p>
    <w:p w:rsidR="006A3366" w:rsidRPr="00623D37" w:rsidRDefault="006A3366" w:rsidP="006A33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de-DE"/>
        </w:rPr>
      </w:pPr>
      <w:r w:rsidRPr="00623D37">
        <w:rPr>
          <w:rFonts w:ascii="Arial" w:eastAsia="Times New Roman" w:hAnsi="Arial" w:cs="Arial"/>
          <w:sz w:val="22"/>
          <w:lang w:eastAsia="de-DE"/>
        </w:rPr>
        <w:t xml:space="preserve">In </w:t>
      </w:r>
      <w:proofErr w:type="spellStart"/>
      <w:r w:rsidRPr="00A36B0B">
        <w:rPr>
          <w:rFonts w:ascii="Arial" w:eastAsia="Times New Roman" w:hAnsi="Arial" w:cs="Arial"/>
          <w:sz w:val="22"/>
          <w:lang w:eastAsia="de-DE"/>
        </w:rPr>
        <w:t>unserer</w:t>
      </w:r>
      <w:proofErr w:type="spellEnd"/>
      <w:r w:rsidRPr="00A36B0B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sz w:val="22"/>
          <w:lang w:eastAsia="de-DE"/>
        </w:rPr>
        <w:t>Veranstaltung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„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Entdecke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die Kraft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deines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Atems</w:t>
      </w:r>
      <w:proofErr w:type="spellEnd"/>
      <w:proofErr w:type="gram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“</w:t>
      </w:r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erfährst</w:t>
      </w:r>
      <w:proofErr w:type="spellEnd"/>
      <w:proofErr w:type="gramEnd"/>
      <w:r w:rsidRPr="00623D37">
        <w:rPr>
          <w:rFonts w:ascii="Arial" w:eastAsia="Times New Roman" w:hAnsi="Arial" w:cs="Arial"/>
          <w:sz w:val="22"/>
          <w:lang w:eastAsia="de-DE"/>
        </w:rPr>
        <w:t xml:space="preserve"> du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nicht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nur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was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dabei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in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deinem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Körper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passiert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– du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kannst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es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direkt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selbst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erleben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</w:p>
    <w:p w:rsidR="006A3366" w:rsidRPr="00623D37" w:rsidRDefault="006A3366" w:rsidP="006A336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b/>
          <w:bCs/>
          <w:sz w:val="22"/>
          <w:lang w:eastAsia="de-DE"/>
        </w:rPr>
      </w:pPr>
      <w:proofErr w:type="spellStart"/>
      <w:r w:rsidRPr="00623D37">
        <w:rPr>
          <w:rFonts w:ascii="Arial" w:eastAsia="Times New Roman" w:hAnsi="Arial" w:cs="Arial"/>
          <w:b/>
          <w:bCs/>
          <w:sz w:val="22"/>
          <w:lang w:eastAsia="de-DE"/>
        </w:rPr>
        <w:t>Freu</w:t>
      </w:r>
      <w:proofErr w:type="spellEnd"/>
      <w:r w:rsidRPr="00623D37">
        <w:rPr>
          <w:rFonts w:ascii="Arial" w:eastAsia="Times New Roman" w:hAnsi="Arial" w:cs="Arial"/>
          <w:b/>
          <w:bCs/>
          <w:sz w:val="22"/>
          <w:lang w:eastAsia="de-DE"/>
        </w:rPr>
        <w:t xml:space="preserve"> dich auf:</w:t>
      </w:r>
    </w:p>
    <w:p w:rsidR="006A3366" w:rsidRPr="00623D37" w:rsidRDefault="006A3366" w:rsidP="006A33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de-DE"/>
        </w:rPr>
      </w:pPr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Aha-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Momente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:</w:t>
      </w:r>
      <w:r w:rsidRPr="00623D37">
        <w:rPr>
          <w:rFonts w:ascii="Arial" w:eastAsia="Times New Roman" w:hAnsi="Arial" w:cs="Arial"/>
          <w:sz w:val="22"/>
          <w:lang w:eastAsia="de-DE"/>
        </w:rPr>
        <w:t xml:space="preserve"> Was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deine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Atmung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mit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deinem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Nervensystem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und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deinem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Wohlbefinden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macht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</w:p>
    <w:p w:rsidR="006A3366" w:rsidRPr="00623D37" w:rsidRDefault="006A3366" w:rsidP="006A33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de-DE"/>
        </w:rPr>
      </w:pP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Einfache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Atemtechniken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:</w:t>
      </w:r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Für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mehr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Ruhe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Klarheit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Konzentration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und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Energie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</w:p>
    <w:p w:rsidR="006A3366" w:rsidRPr="00623D37" w:rsidRDefault="006A3366" w:rsidP="006A33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de-DE"/>
        </w:rPr>
      </w:pP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Mitmach-Übungen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:</w:t>
      </w:r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Nicht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nur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zuhören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–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ausprobieren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spüren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und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erleben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</w:p>
    <w:p w:rsidR="006A3366" w:rsidRPr="00623D37" w:rsidRDefault="006A3366" w:rsidP="006A3366">
      <w:pPr>
        <w:numPr>
          <w:ilvl w:val="0"/>
          <w:numId w:val="10"/>
        </w:num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de-DE"/>
        </w:rPr>
      </w:pP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Alltagstransfer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:</w:t>
      </w:r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Wie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du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deinen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Atem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ganz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unkompliziert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nutzen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kannst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–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im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Büro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vor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wichtigen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Gesprächen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proofErr w:type="gramStart"/>
      <w:r w:rsidRPr="00623D37">
        <w:rPr>
          <w:rFonts w:ascii="Arial" w:eastAsia="Times New Roman" w:hAnsi="Arial" w:cs="Arial"/>
          <w:sz w:val="22"/>
          <w:lang w:eastAsia="de-DE"/>
        </w:rPr>
        <w:t>oder</w:t>
      </w:r>
      <w:proofErr w:type="spellEnd"/>
      <w:proofErr w:type="gram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einfach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zwischendurch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</w:p>
    <w:p w:rsidR="006A3366" w:rsidRPr="00623D37" w:rsidRDefault="006A3366" w:rsidP="006A33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de-DE"/>
        </w:rPr>
      </w:pP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Keine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Vorkenntnisse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.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Keine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App.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Keine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Hilfsmittel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. </w:t>
      </w:r>
      <w:proofErr w:type="spellStart"/>
      <w:proofErr w:type="gram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Nur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du und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dein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Atem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.</w:t>
      </w:r>
      <w:proofErr w:type="gramEnd"/>
    </w:p>
    <w:p w:rsidR="006A3366" w:rsidRPr="00623D37" w:rsidRDefault="006A3366" w:rsidP="006A3366">
      <w:pPr>
        <w:spacing w:before="100" w:beforeAutospacing="1" w:after="100" w:afterAutospacing="1" w:line="240" w:lineRule="auto"/>
        <w:rPr>
          <w:rFonts w:ascii="Arial" w:eastAsia="Times New Roman" w:hAnsi="Arial" w:cs="Arial"/>
          <w:sz w:val="22"/>
          <w:lang w:eastAsia="de-DE"/>
        </w:rPr>
      </w:pP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Vielleicht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kennst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du das: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Ein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stressiger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Tag, der Kopf </w:t>
      </w:r>
      <w:proofErr w:type="spellStart"/>
      <w:proofErr w:type="gramStart"/>
      <w:r w:rsidRPr="00623D37">
        <w:rPr>
          <w:rFonts w:ascii="Arial" w:eastAsia="Times New Roman" w:hAnsi="Arial" w:cs="Arial"/>
          <w:sz w:val="22"/>
          <w:lang w:eastAsia="de-DE"/>
        </w:rPr>
        <w:t>ist</w:t>
      </w:r>
      <w:proofErr w:type="spellEnd"/>
      <w:proofErr w:type="gram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voll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die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nächste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Herausforderung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wartet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schon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. </w:t>
      </w:r>
      <w:proofErr w:type="spellStart"/>
      <w:proofErr w:type="gramStart"/>
      <w:r w:rsidRPr="00623D37">
        <w:rPr>
          <w:rFonts w:ascii="Arial" w:eastAsia="Times New Roman" w:hAnsi="Arial" w:cs="Arial"/>
          <w:sz w:val="22"/>
          <w:lang w:eastAsia="de-DE"/>
        </w:rPr>
        <w:t>Genau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dann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kann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es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einen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Unterschied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machen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wie</w:t>
      </w:r>
      <w:proofErr w:type="spellEnd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 xml:space="preserve"> du </w:t>
      </w:r>
      <w:proofErr w:type="spellStart"/>
      <w:r w:rsidRPr="00A36B0B">
        <w:rPr>
          <w:rFonts w:ascii="Arial" w:eastAsia="Times New Roman" w:hAnsi="Arial" w:cs="Arial"/>
          <w:b/>
          <w:bCs/>
          <w:sz w:val="22"/>
          <w:lang w:eastAsia="de-DE"/>
        </w:rPr>
        <w:t>atmest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  <w:proofErr w:type="gramEnd"/>
      <w:r w:rsidRPr="00A36B0B">
        <w:rPr>
          <w:rFonts w:ascii="Arial" w:eastAsia="Times New Roman" w:hAnsi="Arial" w:cs="Arial"/>
          <w:sz w:val="22"/>
          <w:lang w:eastAsia="de-DE"/>
        </w:rPr>
        <w:br/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Lerne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ein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Werkzeug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kennen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, das du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jederzeit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bei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dir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hast – und das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dir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niemand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wegnehmen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2"/>
          <w:lang w:eastAsia="de-DE"/>
        </w:rPr>
        <w:t>kann</w:t>
      </w:r>
      <w:proofErr w:type="spellEnd"/>
      <w:r w:rsidRPr="00623D37">
        <w:rPr>
          <w:rFonts w:ascii="Arial" w:eastAsia="Times New Roman" w:hAnsi="Arial" w:cs="Arial"/>
          <w:sz w:val="22"/>
          <w:lang w:eastAsia="de-DE"/>
        </w:rPr>
        <w:t>.</w:t>
      </w:r>
    </w:p>
    <w:p w:rsidR="006A3366" w:rsidRDefault="006A3366" w:rsidP="006A3366">
      <w:pPr>
        <w:spacing w:before="100" w:beforeAutospacing="1" w:after="100" w:afterAutospacing="1" w:line="240" w:lineRule="auto"/>
        <w:outlineLvl w:val="2"/>
        <w:rPr>
          <w:rFonts w:ascii="Arial" w:eastAsia="Times New Roman" w:hAnsi="Arial" w:cs="Arial"/>
          <w:sz w:val="20"/>
          <w:szCs w:val="20"/>
          <w:lang w:eastAsia="de-DE"/>
        </w:rPr>
      </w:pPr>
      <w:proofErr w:type="spellStart"/>
      <w:r w:rsidRPr="00623D37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Über</w:t>
      </w:r>
      <w:proofErr w:type="spellEnd"/>
      <w:r w:rsidRPr="00623D37">
        <w:rPr>
          <w:rFonts w:ascii="Arial" w:eastAsia="Times New Roman" w:hAnsi="Arial" w:cs="Arial"/>
          <w:b/>
          <w:bCs/>
          <w:sz w:val="20"/>
          <w:szCs w:val="20"/>
          <w:lang w:eastAsia="de-DE"/>
        </w:rPr>
        <w:t xml:space="preserve"> den </w:t>
      </w:r>
      <w:proofErr w:type="spellStart"/>
      <w:r w:rsidRPr="00623D37">
        <w:rPr>
          <w:rFonts w:ascii="Arial" w:eastAsia="Times New Roman" w:hAnsi="Arial" w:cs="Arial"/>
          <w:b/>
          <w:bCs/>
          <w:sz w:val="20"/>
          <w:szCs w:val="20"/>
          <w:lang w:eastAsia="de-DE"/>
        </w:rPr>
        <w:t>Referenten</w:t>
      </w:r>
      <w:proofErr w:type="spellEnd"/>
      <w:r w:rsidRPr="00A36B0B">
        <w:rPr>
          <w:rFonts w:ascii="Arial" w:eastAsia="Times New Roman" w:hAnsi="Arial" w:cs="Arial"/>
          <w:b/>
          <w:bCs/>
          <w:sz w:val="20"/>
          <w:szCs w:val="20"/>
          <w:lang w:eastAsia="de-DE"/>
        </w:rPr>
        <w:br/>
        <w:t>Norman Kaminski</w:t>
      </w:r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hat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über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20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Jahre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Konzerne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beraten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und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kennt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den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Druck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und die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Herausforderungen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des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Berufsalltags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aus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eigener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Erfahrung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.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Heute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begleitet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er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Unternehmen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und Teams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dabei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,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ihren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inneren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Zustand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bewusst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zu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sz w:val="20"/>
          <w:szCs w:val="20"/>
          <w:lang w:eastAsia="de-DE"/>
        </w:rPr>
        <w:t>steuern</w:t>
      </w:r>
      <w:proofErr w:type="spellEnd"/>
      <w:r w:rsidRPr="00623D37">
        <w:rPr>
          <w:rFonts w:ascii="Arial" w:eastAsia="Times New Roman" w:hAnsi="Arial" w:cs="Arial"/>
          <w:sz w:val="20"/>
          <w:szCs w:val="20"/>
          <w:lang w:eastAsia="de-DE"/>
        </w:rPr>
        <w:t>.</w:t>
      </w:r>
    </w:p>
    <w:p w:rsidR="00A36B0B" w:rsidRDefault="006A3366" w:rsidP="00A36B0B">
      <w:pPr>
        <w:spacing w:before="100" w:beforeAutospacing="1" w:after="100" w:afterAutospacing="1" w:line="240" w:lineRule="auto"/>
        <w:rPr>
          <w:rFonts w:ascii="Arial" w:eastAsia="Times New Roman" w:hAnsi="Arial" w:cs="Arial"/>
          <w:b/>
          <w:bCs/>
          <w:sz w:val="23"/>
          <w:szCs w:val="23"/>
          <w:lang w:eastAsia="de-DE"/>
        </w:rPr>
      </w:pP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Komm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vorbei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,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probiere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es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aus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und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entdecke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, was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dein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Atem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alles</w:t>
      </w:r>
      <w:proofErr w:type="spellEnd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Pr="00623D37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kann</w:t>
      </w:r>
      <w:proofErr w:type="spellEnd"/>
      <w:proofErr w:type="gramStart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,</w:t>
      </w:r>
      <w:proofErr w:type="gramEnd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br/>
      </w:r>
      <w:proofErr w:type="spellStart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wir</w:t>
      </w:r>
      <w:proofErr w:type="spellEnd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freuen</w:t>
      </w:r>
      <w:proofErr w:type="spellEnd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</w:t>
      </w:r>
      <w:proofErr w:type="spellStart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t>uns</w:t>
      </w:r>
      <w:proofErr w:type="spellEnd"/>
      <w:r w:rsidR="00A36B0B">
        <w:rPr>
          <w:rFonts w:ascii="Arial" w:eastAsia="Times New Roman" w:hAnsi="Arial" w:cs="Arial"/>
          <w:b/>
          <w:bCs/>
          <w:sz w:val="23"/>
          <w:szCs w:val="23"/>
          <w:lang w:eastAsia="de-DE"/>
        </w:rPr>
        <w:t xml:space="preserve"> auf dich.</w:t>
      </w:r>
    </w:p>
    <w:p w:rsidR="006A3366" w:rsidRPr="00065F11" w:rsidRDefault="006A3366" w:rsidP="00A36B0B">
      <w:pPr>
        <w:spacing w:before="100" w:beforeAutospacing="1" w:after="100" w:afterAutospacing="1" w:line="240" w:lineRule="auto"/>
        <w:rPr>
          <w:rFonts w:ascii="Calibri" w:eastAsia="Calibri" w:hAnsi="Calibri" w:cs="Times New Roman"/>
          <w:sz w:val="24"/>
          <w:szCs w:val="24"/>
        </w:rPr>
      </w:pPr>
      <w:r w:rsidRPr="00065F11">
        <w:rPr>
          <w:rFonts w:ascii="Calibri" w:eastAsia="Calibri" w:hAnsi="Calibri" w:cs="Times New Roman"/>
          <w:noProof/>
          <w:lang w:val="de-DE" w:eastAsia="de-DE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3DCFA70C" wp14:editId="62484715">
                <wp:simplePos x="0" y="0"/>
                <wp:positionH relativeFrom="margin">
                  <wp:posOffset>3047365</wp:posOffset>
                </wp:positionH>
                <wp:positionV relativeFrom="paragraph">
                  <wp:posOffset>92075</wp:posOffset>
                </wp:positionV>
                <wp:extent cx="3343275" cy="952500"/>
                <wp:effectExtent l="0" t="0" r="28575" b="19050"/>
                <wp:wrapSquare wrapText="bothSides"/>
                <wp:docPr id="1229509120" name="Textfeld 21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343275" cy="9525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6A3366" w:rsidRDefault="006A3366" w:rsidP="006A3366">
                            <w:pPr>
                              <w:rPr>
                                <w:rFonts w:cs="Arial" w:hint="eastAsia"/>
                                <w:sz w:val="28"/>
                                <w:szCs w:val="28"/>
                              </w:rPr>
                            </w:pPr>
                            <w:proofErr w:type="spellStart"/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Anmeldung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bitte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proofErr w:type="spellStart"/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>bis</w:t>
                            </w:r>
                            <w:proofErr w:type="spellEnd"/>
                            <w:r>
                              <w:rPr>
                                <w:rFonts w:cs="Arial"/>
                                <w:b/>
                                <w:sz w:val="28"/>
                                <w:szCs w:val="28"/>
                              </w:rPr>
                              <w:t xml:space="preserve"> </w:t>
                            </w:r>
                            <w:bookmarkStart w:id="1" w:name="_Hlk225245993"/>
                            <w:r w:rsidR="00A36B0B">
                              <w:rPr>
                                <w:rFonts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1</w:t>
                            </w:r>
                            <w:r w:rsidR="00C148C7">
                              <w:rPr>
                                <w:rFonts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4</w:t>
                            </w:r>
                            <w:r w:rsidRPr="006A3366">
                              <w:rPr>
                                <w:rFonts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.</w:t>
                            </w:r>
                            <w:r w:rsidR="00B512BA">
                              <w:rPr>
                                <w:rFonts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10</w:t>
                            </w:r>
                            <w:r w:rsidRPr="006A3366">
                              <w:rPr>
                                <w:rFonts w:cs="Arial"/>
                                <w:b/>
                                <w:color w:val="76923C" w:themeColor="accent3" w:themeShade="BF"/>
                                <w:sz w:val="28"/>
                                <w:szCs w:val="28"/>
                              </w:rPr>
                              <w:t>.2026</w:t>
                            </w:r>
                            <w:r w:rsidRPr="006A3366">
                              <w:rPr>
                                <w:rFonts w:cs="Arial"/>
                                <w:color w:val="76923C" w:themeColor="accent3" w:themeShade="BF"/>
                                <w:sz w:val="28"/>
                                <w:szCs w:val="28"/>
                              </w:rPr>
                              <w:t xml:space="preserve">      </w:t>
                            </w:r>
                            <w:bookmarkEnd w:id="1"/>
                            <w:r>
                              <w:rPr>
                                <w:rFonts w:cs="Arial"/>
                                <w:sz w:val="28"/>
                                <w:szCs w:val="28"/>
                              </w:rPr>
                              <w:br/>
                              <w:t xml:space="preserve">E- mail:  </w:t>
                            </w:r>
                            <w:hyperlink r:id="rId8" w:history="1">
                              <w:r>
                                <w:rPr>
                                  <w:rStyle w:val="Hyperlink"/>
                                  <w:rFonts w:cs="Arial"/>
                                  <w:sz w:val="28"/>
                                  <w:szCs w:val="28"/>
                                </w:rPr>
                                <w:t>ufh-calw@gmx.de</w:t>
                              </w:r>
                            </w:hyperlink>
                            <w:r>
                              <w:rPr>
                                <w:rFonts w:cs="Arial"/>
                                <w:color w:val="0000FF"/>
                                <w:sz w:val="28"/>
                                <w:szCs w:val="28"/>
                                <w:u w:val="single"/>
                              </w:rPr>
                              <w:br/>
                            </w:r>
                            <w:r>
                              <w:rPr>
                                <w:rFonts w:cs="Arial"/>
                                <w:color w:val="0000FF"/>
                                <w:sz w:val="24"/>
                                <w:szCs w:val="24"/>
                                <w:u w:val="single"/>
                              </w:rPr>
                              <w:br/>
                            </w:r>
                            <w:proofErr w:type="spellStart"/>
                            <w:r w:rsidRPr="006A336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  <w:u w:val="single"/>
                              </w:rPr>
                              <w:t>Unkostenbeitrag</w:t>
                            </w:r>
                            <w:proofErr w:type="spellEnd"/>
                            <w:r w:rsidRPr="006A336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  <w:u w:val="single"/>
                              </w:rPr>
                              <w:t xml:space="preserve"> 5</w:t>
                            </w:r>
                            <w:proofErr w:type="gramStart"/>
                            <w:r w:rsidRPr="006A336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  <w:u w:val="single"/>
                              </w:rPr>
                              <w:t>,00</w:t>
                            </w:r>
                            <w:proofErr w:type="gramEnd"/>
                            <w:r w:rsidRPr="006A336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  <w:u w:val="single"/>
                              </w:rPr>
                              <w:t xml:space="preserve"> EUR </w:t>
                            </w:r>
                            <w:proofErr w:type="spellStart"/>
                            <w:r w:rsidRPr="006A336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  <w:u w:val="single"/>
                              </w:rPr>
                              <w:t>vor</w:t>
                            </w:r>
                            <w:proofErr w:type="spellEnd"/>
                            <w:r w:rsidRPr="006A3366">
                              <w:rPr>
                                <w:rFonts w:ascii="Arial" w:hAnsi="Arial" w:cs="Arial"/>
                                <w:b/>
                                <w:color w:val="76923C" w:themeColor="accent3" w:themeShade="BF"/>
                                <w:sz w:val="20"/>
                                <w:szCs w:val="20"/>
                                <w:u w:val="single"/>
                              </w:rPr>
                              <w:t xml:space="preserve"> Ort</w:t>
                            </w:r>
                            <w:r w:rsidRPr="006A3366">
                              <w:rPr>
                                <w:rFonts w:cs="Arial"/>
                                <w:color w:val="76923C" w:themeColor="accent3" w:themeShade="BF"/>
                                <w:sz w:val="28"/>
                                <w:szCs w:val="28"/>
                              </w:rPr>
                              <w:t xml:space="preserve">      </w:t>
                            </w:r>
                          </w:p>
                        </w:txbxContent>
                      </wps:txbx>
                      <wps:bodyPr rot="0" vertOverflow="clip" horzOverflow="clip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feld 217" o:spid="_x0000_s1026" type="#_x0000_t202" style="position:absolute;margin-left:239.95pt;margin-top:7.25pt;width:263.25pt;height:75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">
                <v:textbox>
                  <w:txbxContent>
                    <w:p w:rsidR="006A3366" w:rsidRDefault="006A3366" w:rsidP="006A3366">
                      <w:pPr>
                        <w:rPr>
                          <w:rFonts w:cs="Arial" w:hint="eastAsia"/>
                          <w:sz w:val="28"/>
                          <w:szCs w:val="28"/>
                        </w:rPr>
                      </w:pPr>
                      <w:proofErr w:type="spellStart"/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Anmeldung</w:t>
                      </w:r>
                      <w:proofErr w:type="spellEnd"/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bitte</w:t>
                      </w:r>
                      <w:proofErr w:type="spellEnd"/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proofErr w:type="spellStart"/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>bis</w:t>
                      </w:r>
                      <w:proofErr w:type="spellEnd"/>
                      <w:r>
                        <w:rPr>
                          <w:rFonts w:cs="Arial"/>
                          <w:b/>
                          <w:sz w:val="28"/>
                          <w:szCs w:val="28"/>
                        </w:rPr>
                        <w:t xml:space="preserve"> </w:t>
                      </w:r>
                      <w:bookmarkStart w:id="2" w:name="_Hlk225245993"/>
                      <w:r w:rsidR="00A36B0B">
                        <w:rPr>
                          <w:rFonts w:cs="Arial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1</w:t>
                      </w:r>
                      <w:r w:rsidR="00C148C7">
                        <w:rPr>
                          <w:rFonts w:cs="Arial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4</w:t>
                      </w:r>
                      <w:r w:rsidRPr="006A3366">
                        <w:rPr>
                          <w:rFonts w:cs="Arial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.</w:t>
                      </w:r>
                      <w:r w:rsidR="00B512BA">
                        <w:rPr>
                          <w:rFonts w:cs="Arial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10</w:t>
                      </w:r>
                      <w:r w:rsidRPr="006A3366">
                        <w:rPr>
                          <w:rFonts w:cs="Arial"/>
                          <w:b/>
                          <w:color w:val="76923C" w:themeColor="accent3" w:themeShade="BF"/>
                          <w:sz w:val="28"/>
                          <w:szCs w:val="28"/>
                        </w:rPr>
                        <w:t>.2026</w:t>
                      </w:r>
                      <w:r w:rsidRPr="006A3366">
                        <w:rPr>
                          <w:rFonts w:cs="Arial"/>
                          <w:color w:val="76923C" w:themeColor="accent3" w:themeShade="BF"/>
                          <w:sz w:val="28"/>
                          <w:szCs w:val="28"/>
                        </w:rPr>
                        <w:t xml:space="preserve">      </w:t>
                      </w:r>
                      <w:bookmarkEnd w:id="2"/>
                      <w:r>
                        <w:rPr>
                          <w:rFonts w:cs="Arial"/>
                          <w:sz w:val="28"/>
                          <w:szCs w:val="28"/>
                        </w:rPr>
                        <w:br/>
                        <w:t xml:space="preserve">E- mail:  </w:t>
                      </w:r>
                      <w:hyperlink r:id="rId9" w:history="1">
                        <w:r>
                          <w:rPr>
                            <w:rStyle w:val="Hyperlink"/>
                            <w:rFonts w:cs="Arial"/>
                            <w:sz w:val="28"/>
                            <w:szCs w:val="28"/>
                          </w:rPr>
                          <w:t>ufh-calw@gmx.de</w:t>
                        </w:r>
                      </w:hyperlink>
                      <w:r>
                        <w:rPr>
                          <w:rFonts w:cs="Arial"/>
                          <w:color w:val="0000FF"/>
                          <w:sz w:val="28"/>
                          <w:szCs w:val="28"/>
                          <w:u w:val="single"/>
                        </w:rPr>
                        <w:br/>
                      </w:r>
                      <w:r>
                        <w:rPr>
                          <w:rFonts w:cs="Arial"/>
                          <w:color w:val="0000FF"/>
                          <w:sz w:val="24"/>
                          <w:szCs w:val="24"/>
                          <w:u w:val="single"/>
                        </w:rPr>
                        <w:br/>
                      </w:r>
                      <w:proofErr w:type="spellStart"/>
                      <w:r w:rsidRPr="006A336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  <w:u w:val="single"/>
                        </w:rPr>
                        <w:t>Unkostenbeitrag</w:t>
                      </w:r>
                      <w:proofErr w:type="spellEnd"/>
                      <w:r w:rsidRPr="006A336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  <w:u w:val="single"/>
                        </w:rPr>
                        <w:t xml:space="preserve"> 5</w:t>
                      </w:r>
                      <w:proofErr w:type="gramStart"/>
                      <w:r w:rsidRPr="006A336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  <w:u w:val="single"/>
                        </w:rPr>
                        <w:t>,00</w:t>
                      </w:r>
                      <w:proofErr w:type="gramEnd"/>
                      <w:r w:rsidRPr="006A336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  <w:u w:val="single"/>
                        </w:rPr>
                        <w:t xml:space="preserve"> EUR </w:t>
                      </w:r>
                      <w:proofErr w:type="spellStart"/>
                      <w:r w:rsidRPr="006A336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  <w:u w:val="single"/>
                        </w:rPr>
                        <w:t>vor</w:t>
                      </w:r>
                      <w:proofErr w:type="spellEnd"/>
                      <w:r w:rsidRPr="006A3366">
                        <w:rPr>
                          <w:rFonts w:ascii="Arial" w:hAnsi="Arial" w:cs="Arial"/>
                          <w:b/>
                          <w:color w:val="76923C" w:themeColor="accent3" w:themeShade="BF"/>
                          <w:sz w:val="20"/>
                          <w:szCs w:val="20"/>
                          <w:u w:val="single"/>
                        </w:rPr>
                        <w:t xml:space="preserve"> Ort</w:t>
                      </w:r>
                      <w:r w:rsidRPr="006A3366">
                        <w:rPr>
                          <w:rFonts w:cs="Arial"/>
                          <w:color w:val="76923C" w:themeColor="accent3" w:themeShade="BF"/>
                          <w:sz w:val="28"/>
                          <w:szCs w:val="28"/>
                        </w:rPr>
                        <w:t xml:space="preserve">      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</w:p>
    <w:p w:rsidR="006A3366" w:rsidRPr="00065F11" w:rsidRDefault="006A3366" w:rsidP="006A3366">
      <w:pPr>
        <w:spacing w:before="100" w:beforeAutospacing="1" w:after="100" w:afterAutospacing="1" w:line="240" w:lineRule="auto"/>
        <w:contextualSpacing/>
        <w:outlineLvl w:val="0"/>
        <w:rPr>
          <w:rFonts w:ascii="Calibri" w:eastAsia="Calibri" w:hAnsi="Calibri" w:cs="Arial"/>
          <w:b/>
        </w:rPr>
      </w:pPr>
      <w:proofErr w:type="spellStart"/>
      <w:r w:rsidRPr="00065F11">
        <w:rPr>
          <w:rFonts w:ascii="Calibri" w:eastAsia="Calibri" w:hAnsi="Calibri" w:cs="Arial"/>
          <w:b/>
          <w:u w:val="single"/>
        </w:rPr>
        <w:t>Termin</w:t>
      </w:r>
      <w:proofErr w:type="spellEnd"/>
      <w:r w:rsidRPr="00065F11">
        <w:rPr>
          <w:rFonts w:ascii="Calibri" w:eastAsia="Calibri" w:hAnsi="Calibri" w:cs="Arial"/>
          <w:b/>
        </w:rPr>
        <w:t>:</w:t>
      </w:r>
    </w:p>
    <w:p w:rsidR="006A3366" w:rsidRPr="00065F11" w:rsidRDefault="00B512BA" w:rsidP="006A3366">
      <w:pPr>
        <w:spacing w:before="100" w:beforeAutospacing="1" w:after="100" w:afterAutospacing="1" w:line="240" w:lineRule="auto"/>
        <w:contextualSpacing/>
        <w:outlineLvl w:val="0"/>
        <w:rPr>
          <w:rFonts w:ascii="Calibri" w:eastAsia="Calibri" w:hAnsi="Calibri" w:cs="Arial"/>
          <w:b/>
        </w:rPr>
      </w:pPr>
      <w:proofErr w:type="spellStart"/>
      <w:r>
        <w:rPr>
          <w:rFonts w:ascii="Calibri" w:eastAsia="Calibri" w:hAnsi="Calibri" w:cs="Arial"/>
          <w:b/>
        </w:rPr>
        <w:t>Dienstag</w:t>
      </w:r>
      <w:proofErr w:type="spellEnd"/>
      <w:r w:rsidR="006A3366" w:rsidRPr="00065F11">
        <w:rPr>
          <w:rFonts w:ascii="Calibri" w:eastAsia="Calibri" w:hAnsi="Calibri" w:cs="Arial"/>
          <w:b/>
        </w:rPr>
        <w:t xml:space="preserve">, </w:t>
      </w:r>
      <w:r w:rsidR="006A3366">
        <w:rPr>
          <w:rFonts w:ascii="Calibri" w:eastAsia="Calibri" w:hAnsi="Calibri" w:cs="Arial"/>
          <w:b/>
        </w:rPr>
        <w:t>20.</w:t>
      </w:r>
      <w:r>
        <w:rPr>
          <w:rFonts w:ascii="Calibri" w:eastAsia="Calibri" w:hAnsi="Calibri" w:cs="Arial"/>
          <w:b/>
        </w:rPr>
        <w:t>10</w:t>
      </w:r>
      <w:r w:rsidR="006A3366">
        <w:rPr>
          <w:rFonts w:ascii="Calibri" w:eastAsia="Calibri" w:hAnsi="Calibri" w:cs="Arial"/>
          <w:b/>
        </w:rPr>
        <w:t>.2026,</w:t>
      </w:r>
      <w:r w:rsidR="006A3366" w:rsidRPr="00065F11">
        <w:rPr>
          <w:rFonts w:ascii="Calibri" w:eastAsia="Calibri" w:hAnsi="Calibri" w:cs="Arial"/>
          <w:b/>
        </w:rPr>
        <w:t xml:space="preserve"> </w:t>
      </w:r>
      <w:r w:rsidR="006A3366">
        <w:rPr>
          <w:rFonts w:ascii="Calibri" w:eastAsia="Calibri" w:hAnsi="Calibri" w:cs="Arial"/>
          <w:b/>
        </w:rPr>
        <w:t>19:00</w:t>
      </w:r>
      <w:r w:rsidR="006A3366" w:rsidRPr="00065F11">
        <w:rPr>
          <w:rFonts w:ascii="Calibri" w:eastAsia="Calibri" w:hAnsi="Calibri" w:cs="Arial"/>
          <w:b/>
        </w:rPr>
        <w:t xml:space="preserve"> </w:t>
      </w:r>
      <w:proofErr w:type="spellStart"/>
      <w:r w:rsidR="006A3366" w:rsidRPr="00065F11">
        <w:rPr>
          <w:rFonts w:ascii="Calibri" w:eastAsia="Calibri" w:hAnsi="Calibri" w:cs="Arial"/>
          <w:b/>
        </w:rPr>
        <w:t>Uhr</w:t>
      </w:r>
      <w:proofErr w:type="spellEnd"/>
    </w:p>
    <w:p w:rsidR="006A3366" w:rsidRPr="00065F11" w:rsidRDefault="006A3366" w:rsidP="006A3366">
      <w:pPr>
        <w:spacing w:before="100" w:beforeAutospacing="1" w:after="100" w:afterAutospacing="1" w:line="240" w:lineRule="auto"/>
        <w:contextualSpacing/>
        <w:outlineLvl w:val="0"/>
        <w:rPr>
          <w:rFonts w:ascii="Calibri" w:eastAsia="Calibri" w:hAnsi="Calibri" w:cs="Arial"/>
          <w:b/>
        </w:rPr>
      </w:pPr>
      <w:r>
        <w:rPr>
          <w:rFonts w:ascii="Calibri" w:eastAsia="Calibri" w:hAnsi="Calibri" w:cs="Arial"/>
          <w:b/>
        </w:rPr>
        <w:t xml:space="preserve">IKK Classic </w:t>
      </w:r>
      <w:proofErr w:type="spellStart"/>
      <w:r>
        <w:rPr>
          <w:rFonts w:ascii="Calibri" w:eastAsia="Calibri" w:hAnsi="Calibri" w:cs="Arial"/>
          <w:b/>
        </w:rPr>
        <w:t>Calw</w:t>
      </w:r>
      <w:proofErr w:type="spellEnd"/>
    </w:p>
    <w:p w:rsidR="006A3366" w:rsidRPr="00065F11" w:rsidRDefault="006A3366" w:rsidP="006A3366">
      <w:pPr>
        <w:spacing w:before="100" w:beforeAutospacing="1" w:after="100" w:afterAutospacing="1" w:line="240" w:lineRule="auto"/>
        <w:contextualSpacing/>
        <w:outlineLvl w:val="0"/>
        <w:rPr>
          <w:rFonts w:ascii="Calibri" w:eastAsia="Calibri" w:hAnsi="Calibri" w:cs="Arial"/>
          <w:b/>
        </w:rPr>
      </w:pPr>
    </w:p>
    <w:p w:rsidR="006A3366" w:rsidRPr="00065F11" w:rsidRDefault="006A3366" w:rsidP="006A3366">
      <w:pPr>
        <w:spacing w:after="0" w:line="240" w:lineRule="auto"/>
        <w:rPr>
          <w:rFonts w:ascii="Arial" w:eastAsia="Calibri" w:hAnsi="Arial" w:cs="Arial"/>
          <w:color w:val="0000FF"/>
          <w:sz w:val="20"/>
          <w:szCs w:val="20"/>
          <w:lang w:eastAsia="de-DE"/>
        </w:rPr>
      </w:pPr>
    </w:p>
    <w:p w:rsidR="006A3366" w:rsidRDefault="006A3366" w:rsidP="006A3366">
      <w:pPr>
        <w:spacing w:after="0" w:line="240" w:lineRule="auto"/>
        <w:rPr>
          <w:rFonts w:ascii="Arial" w:eastAsia="Calibri" w:hAnsi="Arial" w:cs="Arial"/>
          <w:color w:val="0000FF"/>
          <w:sz w:val="20"/>
          <w:szCs w:val="20"/>
          <w:lang w:eastAsia="de-DE"/>
        </w:rPr>
      </w:pPr>
    </w:p>
    <w:p w:rsidR="00A36B0B" w:rsidRPr="00065F11" w:rsidRDefault="00A36B0B" w:rsidP="006A3366">
      <w:pPr>
        <w:spacing w:after="0" w:line="240" w:lineRule="auto"/>
        <w:rPr>
          <w:rFonts w:ascii="Arial" w:eastAsia="Calibri" w:hAnsi="Arial" w:cs="Arial"/>
          <w:color w:val="0000FF"/>
          <w:sz w:val="20"/>
          <w:szCs w:val="20"/>
          <w:lang w:eastAsia="de-DE"/>
        </w:rPr>
      </w:pPr>
    </w:p>
    <w:p w:rsidR="006A3366" w:rsidRPr="00065F11" w:rsidRDefault="006A3366" w:rsidP="006A3366">
      <w:pPr>
        <w:spacing w:after="0" w:line="240" w:lineRule="auto"/>
        <w:rPr>
          <w:rFonts w:ascii="Arial" w:eastAsia="Calibri" w:hAnsi="Arial" w:cs="Arial"/>
          <w:sz w:val="20"/>
          <w:szCs w:val="20"/>
          <w:lang w:eastAsia="de-DE"/>
        </w:rPr>
      </w:pPr>
      <w:proofErr w:type="spellStart"/>
      <w:r w:rsidRPr="00065F11">
        <w:rPr>
          <w:rFonts w:ascii="Arial" w:eastAsia="Calibri" w:hAnsi="Arial" w:cs="Arial"/>
          <w:sz w:val="20"/>
          <w:szCs w:val="20"/>
          <w:u w:val="single"/>
          <w:lang w:eastAsia="de-DE"/>
        </w:rPr>
        <w:t>Hinweis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: </w:t>
      </w:r>
    </w:p>
    <w:p w:rsidR="006A3366" w:rsidRDefault="006A3366" w:rsidP="006A3366">
      <w:pPr>
        <w:spacing w:after="0" w:line="240" w:lineRule="auto"/>
        <w:rPr>
          <w:rFonts w:hint="eastAsia"/>
        </w:rPr>
      </w:pPr>
      <w:proofErr w:type="gramStart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Auf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dieser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Veranstaltung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werden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Fotos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erstellt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>.</w:t>
      </w:r>
      <w:proofErr w:type="gram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Sollte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kein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Widerspruch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angezeigt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werden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,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gebt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Ihr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mit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Eurer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Anmeldung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die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Erlaubnis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diese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zu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 xml:space="preserve"> </w:t>
      </w:r>
      <w:proofErr w:type="spellStart"/>
      <w:r w:rsidRPr="00065F11">
        <w:rPr>
          <w:rFonts w:ascii="Arial" w:eastAsia="Calibri" w:hAnsi="Arial" w:cs="Arial"/>
          <w:sz w:val="20"/>
          <w:szCs w:val="20"/>
          <w:lang w:eastAsia="de-DE"/>
        </w:rPr>
        <w:t>verwenden</w:t>
      </w:r>
      <w:proofErr w:type="spellEnd"/>
      <w:r w:rsidRPr="00065F11">
        <w:rPr>
          <w:rFonts w:ascii="Arial" w:eastAsia="Calibri" w:hAnsi="Arial" w:cs="Arial"/>
          <w:sz w:val="20"/>
          <w:szCs w:val="20"/>
          <w:lang w:eastAsia="de-DE"/>
        </w:rPr>
        <w:t>.</w:t>
      </w:r>
    </w:p>
    <w:sectPr w:rsidR="006A3366" w:rsidSect="00034616">
      <w:pgSz w:w="12240" w:h="15840"/>
      <w:pgMar w:top="794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pto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ennumm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ennumm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Aufzhlungszeichen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Aufzhlungszeichen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ennumm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Aufzhlungszeichen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9">
    <w:nsid w:val="36FB7F22"/>
    <w:multiLevelType w:val="multilevel"/>
    <w:tmpl w:val="40AEB88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1A17F7"/>
    <w:rsid w:val="0029639D"/>
    <w:rsid w:val="00326F90"/>
    <w:rsid w:val="00620E4F"/>
    <w:rsid w:val="006A3366"/>
    <w:rsid w:val="00A36B0B"/>
    <w:rsid w:val="00AA1D8D"/>
    <w:rsid w:val="00B47730"/>
    <w:rsid w:val="00B512BA"/>
    <w:rsid w:val="00C148C7"/>
    <w:rsid w:val="00CB0664"/>
    <w:rsid w:val="00D25E77"/>
    <w:rsid w:val="00DF391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C693F"/>
    <w:rPr>
      <w:rFonts w:ascii="Aptos" w:hAnsi="Aptos"/>
      <w:color w:val="373737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3366"/>
    <w:rPr>
      <w:rFonts w:ascii="Tahoma" w:hAnsi="Tahoma" w:cs="Tahoma"/>
      <w:color w:val="373737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6A3366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Standard">
    <w:name w:val="Normal"/>
    <w:qFormat/>
    <w:rsid w:val="00FC693F"/>
    <w:rPr>
      <w:rFonts w:ascii="Aptos" w:hAnsi="Aptos"/>
      <w:color w:val="373737"/>
      <w:sz w:val="21"/>
    </w:rPr>
  </w:style>
  <w:style w:type="paragraph" w:styleId="berschrift1">
    <w:name w:val="heading 1"/>
    <w:basedOn w:val="Standard"/>
    <w:next w:val="Standard"/>
    <w:link w:val="berschrift1Zchn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erschrift2">
    <w:name w:val="heading 2"/>
    <w:basedOn w:val="Standard"/>
    <w:next w:val="Standard"/>
    <w:link w:val="berschrift2Zchn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erschrift3">
    <w:name w:val="heading 3"/>
    <w:basedOn w:val="Standard"/>
    <w:next w:val="Standard"/>
    <w:link w:val="berschrift3Zchn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erschrift4">
    <w:name w:val="heading 4"/>
    <w:basedOn w:val="Standard"/>
    <w:next w:val="Standard"/>
    <w:link w:val="berschrift4Zchn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erschrift5">
    <w:name w:val="heading 5"/>
    <w:basedOn w:val="Standard"/>
    <w:next w:val="Standard"/>
    <w:link w:val="berschrift5Zchn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erschrift6">
    <w:name w:val="heading 6"/>
    <w:basedOn w:val="Standard"/>
    <w:next w:val="Standard"/>
    <w:link w:val="berschrift6Zchn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erschrift7">
    <w:name w:val="heading 7"/>
    <w:basedOn w:val="Standard"/>
    <w:next w:val="Standard"/>
    <w:link w:val="berschrift7Zchn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erschrift8">
    <w:name w:val="heading 8"/>
    <w:basedOn w:val="Standard"/>
    <w:next w:val="Standard"/>
    <w:link w:val="berschrift8Zchn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erschrift9">
    <w:name w:val="heading 9"/>
    <w:basedOn w:val="Standard"/>
    <w:next w:val="Standard"/>
    <w:link w:val="berschrift9Zchn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E618BF"/>
  </w:style>
  <w:style w:type="paragraph" w:styleId="Fuzeile">
    <w:name w:val="footer"/>
    <w:basedOn w:val="Standard"/>
    <w:link w:val="FuzeileZchn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E618BF"/>
  </w:style>
  <w:style w:type="paragraph" w:styleId="KeinLeerraum">
    <w:name w:val="No Spacing"/>
    <w:uiPriority w:val="1"/>
    <w:qFormat/>
    <w:rsid w:val="00FC693F"/>
    <w:pPr>
      <w:spacing w:after="0" w:line="240" w:lineRule="auto"/>
    </w:pPr>
  </w:style>
  <w:style w:type="character" w:customStyle="1" w:styleId="berschrift1Zchn">
    <w:name w:val="Überschrift 1 Zchn"/>
    <w:basedOn w:val="Absatz-Standardschriftart"/>
    <w:link w:val="berschrift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erschrift2Zchn">
    <w:name w:val="Überschrift 2 Zchn"/>
    <w:basedOn w:val="Absatz-Standardschriftart"/>
    <w:link w:val="berschrift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erschrift3Zchn">
    <w:name w:val="Überschrift 3 Zchn"/>
    <w:basedOn w:val="Absatz-Standardschriftart"/>
    <w:link w:val="berschrift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el">
    <w:name w:val="Title"/>
    <w:basedOn w:val="Standard"/>
    <w:next w:val="Standard"/>
    <w:link w:val="TitelZchn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elZchn">
    <w:name w:val="Titel Zchn"/>
    <w:basedOn w:val="Absatz-Standardschriftart"/>
    <w:link w:val="Tite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Untertitel">
    <w:name w:val="Subtitle"/>
    <w:basedOn w:val="Standard"/>
    <w:next w:val="Standard"/>
    <w:link w:val="UntertitelZchn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UntertitelZchn">
    <w:name w:val="Untertitel Zchn"/>
    <w:basedOn w:val="Absatz-Standardschriftart"/>
    <w:link w:val="Untertitel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nabsatz">
    <w:name w:val="List Paragraph"/>
    <w:basedOn w:val="Standard"/>
    <w:uiPriority w:val="34"/>
    <w:qFormat/>
    <w:rsid w:val="00FC693F"/>
    <w:pPr>
      <w:ind w:left="720"/>
      <w:contextualSpacing/>
    </w:pPr>
  </w:style>
  <w:style w:type="paragraph" w:styleId="Textkrper">
    <w:name w:val="Body Text"/>
    <w:basedOn w:val="Standard"/>
    <w:link w:val="TextkrperZchn"/>
    <w:uiPriority w:val="99"/>
    <w:unhideWhenUsed/>
    <w:rsid w:val="00AA1D8D"/>
    <w:pPr>
      <w:spacing w:after="120"/>
    </w:pPr>
  </w:style>
  <w:style w:type="character" w:customStyle="1" w:styleId="TextkrperZchn">
    <w:name w:val="Textkörper Zchn"/>
    <w:basedOn w:val="Absatz-Standardschriftart"/>
    <w:link w:val="Textkrper"/>
    <w:uiPriority w:val="99"/>
    <w:rsid w:val="00AA1D8D"/>
  </w:style>
  <w:style w:type="paragraph" w:styleId="Textkrper2">
    <w:name w:val="Body Text 2"/>
    <w:basedOn w:val="Standard"/>
    <w:link w:val="Textkrper2Zchn"/>
    <w:uiPriority w:val="99"/>
    <w:unhideWhenUsed/>
    <w:rsid w:val="00AA1D8D"/>
    <w:pPr>
      <w:spacing w:after="120" w:line="480" w:lineRule="auto"/>
    </w:pPr>
  </w:style>
  <w:style w:type="character" w:customStyle="1" w:styleId="Textkrper2Zchn">
    <w:name w:val="Textkörper 2 Zchn"/>
    <w:basedOn w:val="Absatz-Standardschriftart"/>
    <w:link w:val="Textkrper2"/>
    <w:uiPriority w:val="99"/>
    <w:rsid w:val="00AA1D8D"/>
  </w:style>
  <w:style w:type="paragraph" w:styleId="Textkrper3">
    <w:name w:val="Body Text 3"/>
    <w:basedOn w:val="Standard"/>
    <w:link w:val="Textkrper3Zchn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Textkrper3Zchn">
    <w:name w:val="Textkörper 3 Zchn"/>
    <w:basedOn w:val="Absatz-Standardschriftart"/>
    <w:link w:val="Textkrper3"/>
    <w:uiPriority w:val="99"/>
    <w:rsid w:val="00AA1D8D"/>
    <w:rPr>
      <w:sz w:val="16"/>
      <w:szCs w:val="16"/>
    </w:rPr>
  </w:style>
  <w:style w:type="paragraph" w:styleId="Liste">
    <w:name w:val="List"/>
    <w:basedOn w:val="Standard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Standard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Standard"/>
    <w:uiPriority w:val="99"/>
    <w:unhideWhenUsed/>
    <w:rsid w:val="00326F90"/>
    <w:pPr>
      <w:ind w:left="1080" w:hanging="360"/>
      <w:contextualSpacing/>
    </w:pPr>
  </w:style>
  <w:style w:type="paragraph" w:styleId="Aufzhlungszeichen">
    <w:name w:val="List Bullet"/>
    <w:basedOn w:val="Standard"/>
    <w:uiPriority w:val="99"/>
    <w:unhideWhenUsed/>
    <w:rsid w:val="00326F90"/>
    <w:pPr>
      <w:numPr>
        <w:numId w:val="1"/>
      </w:numPr>
      <w:contextualSpacing/>
    </w:pPr>
  </w:style>
  <w:style w:type="paragraph" w:styleId="Aufzhlungszeichen2">
    <w:name w:val="List Bullet 2"/>
    <w:basedOn w:val="Standard"/>
    <w:uiPriority w:val="99"/>
    <w:unhideWhenUsed/>
    <w:rsid w:val="00326F90"/>
    <w:pPr>
      <w:numPr>
        <w:numId w:val="2"/>
      </w:numPr>
      <w:contextualSpacing/>
    </w:pPr>
  </w:style>
  <w:style w:type="paragraph" w:styleId="Aufzhlungszeichen3">
    <w:name w:val="List Bullet 3"/>
    <w:basedOn w:val="Standard"/>
    <w:uiPriority w:val="99"/>
    <w:unhideWhenUsed/>
    <w:rsid w:val="00326F90"/>
    <w:pPr>
      <w:numPr>
        <w:numId w:val="3"/>
      </w:numPr>
      <w:contextualSpacing/>
    </w:pPr>
  </w:style>
  <w:style w:type="paragraph" w:styleId="Listennummer">
    <w:name w:val="List Number"/>
    <w:basedOn w:val="Standard"/>
    <w:uiPriority w:val="99"/>
    <w:unhideWhenUsed/>
    <w:rsid w:val="00326F90"/>
    <w:pPr>
      <w:numPr>
        <w:numId w:val="5"/>
      </w:numPr>
      <w:contextualSpacing/>
    </w:pPr>
  </w:style>
  <w:style w:type="paragraph" w:styleId="Listennummer2">
    <w:name w:val="List Number 2"/>
    <w:basedOn w:val="Standard"/>
    <w:uiPriority w:val="99"/>
    <w:unhideWhenUsed/>
    <w:rsid w:val="0029639D"/>
    <w:pPr>
      <w:numPr>
        <w:numId w:val="6"/>
      </w:numPr>
      <w:contextualSpacing/>
    </w:pPr>
  </w:style>
  <w:style w:type="paragraph" w:styleId="Listennummer3">
    <w:name w:val="List Number 3"/>
    <w:basedOn w:val="Standard"/>
    <w:uiPriority w:val="99"/>
    <w:unhideWhenUsed/>
    <w:rsid w:val="0029639D"/>
    <w:pPr>
      <w:numPr>
        <w:numId w:val="7"/>
      </w:numPr>
      <w:contextualSpacing/>
    </w:pPr>
  </w:style>
  <w:style w:type="paragraph" w:styleId="Listenfortsetzung">
    <w:name w:val="List Continue"/>
    <w:basedOn w:val="Standard"/>
    <w:uiPriority w:val="99"/>
    <w:unhideWhenUsed/>
    <w:rsid w:val="0029639D"/>
    <w:pPr>
      <w:spacing w:after="120"/>
      <w:ind w:left="360"/>
      <w:contextualSpacing/>
    </w:pPr>
  </w:style>
  <w:style w:type="paragraph" w:styleId="Listenfortsetzung2">
    <w:name w:val="List Continue 2"/>
    <w:basedOn w:val="Standard"/>
    <w:uiPriority w:val="99"/>
    <w:unhideWhenUsed/>
    <w:rsid w:val="0029639D"/>
    <w:pPr>
      <w:spacing w:after="120"/>
      <w:ind w:left="720"/>
      <w:contextualSpacing/>
    </w:pPr>
  </w:style>
  <w:style w:type="paragraph" w:styleId="Listenfortsetzung3">
    <w:name w:val="List Continue 3"/>
    <w:basedOn w:val="Standard"/>
    <w:uiPriority w:val="99"/>
    <w:unhideWhenUsed/>
    <w:rsid w:val="0029639D"/>
    <w:pPr>
      <w:spacing w:after="120"/>
      <w:ind w:left="1080"/>
      <w:contextualSpacing/>
    </w:pPr>
  </w:style>
  <w:style w:type="paragraph" w:styleId="Makrotext">
    <w:name w:val="macro"/>
    <w:link w:val="MakrotextZchn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textZchn">
    <w:name w:val="Makrotext Zchn"/>
    <w:basedOn w:val="Absatz-Standardschriftart"/>
    <w:link w:val="Makrotext"/>
    <w:uiPriority w:val="99"/>
    <w:rsid w:val="0029639D"/>
    <w:rPr>
      <w:rFonts w:ascii="Courier" w:hAnsi="Courier"/>
      <w:sz w:val="20"/>
      <w:szCs w:val="20"/>
    </w:rPr>
  </w:style>
  <w:style w:type="paragraph" w:styleId="Zitat">
    <w:name w:val="Quote"/>
    <w:basedOn w:val="Standard"/>
    <w:next w:val="Standard"/>
    <w:link w:val="ZitatZchn"/>
    <w:uiPriority w:val="29"/>
    <w:qFormat/>
    <w:rsid w:val="00FC693F"/>
    <w:rPr>
      <w:i/>
      <w:iCs/>
      <w:color w:val="000000" w:themeColor="text1"/>
    </w:rPr>
  </w:style>
  <w:style w:type="character" w:customStyle="1" w:styleId="ZitatZchn">
    <w:name w:val="Zitat Zchn"/>
    <w:basedOn w:val="Absatz-Standardschriftart"/>
    <w:link w:val="Zitat"/>
    <w:uiPriority w:val="29"/>
    <w:rsid w:val="00FC693F"/>
    <w:rPr>
      <w:i/>
      <w:iCs/>
      <w:color w:val="000000" w:themeColor="text1"/>
    </w:rPr>
  </w:style>
  <w:style w:type="character" w:customStyle="1" w:styleId="berschrift4Zchn">
    <w:name w:val="Überschrift 4 Zchn"/>
    <w:basedOn w:val="Absatz-Standardschriftart"/>
    <w:link w:val="berschrift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erschrift5Zchn">
    <w:name w:val="Überschrift 5 Zchn"/>
    <w:basedOn w:val="Absatz-Standardschriftart"/>
    <w:link w:val="berschrift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erschrift6Zchn">
    <w:name w:val="Überschrift 6 Zchn"/>
    <w:basedOn w:val="Absatz-Standardschriftart"/>
    <w:link w:val="berschrift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erschrift7Zchn">
    <w:name w:val="Überschrift 7 Zchn"/>
    <w:basedOn w:val="Absatz-Standardschriftart"/>
    <w:link w:val="berschrift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erschrift8Zchn">
    <w:name w:val="Überschrift 8 Zchn"/>
    <w:basedOn w:val="Absatz-Standardschriftart"/>
    <w:link w:val="berschrift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erschrift9Zchn">
    <w:name w:val="Überschrift 9 Zchn"/>
    <w:basedOn w:val="Absatz-Standardschriftart"/>
    <w:link w:val="berschrift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Beschriftung">
    <w:name w:val="caption"/>
    <w:basedOn w:val="Standard"/>
    <w:next w:val="Standard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Fett">
    <w:name w:val="Strong"/>
    <w:basedOn w:val="Absatz-Standardschriftart"/>
    <w:uiPriority w:val="22"/>
    <w:qFormat/>
    <w:rsid w:val="00FC693F"/>
    <w:rPr>
      <w:b/>
      <w:bCs/>
    </w:rPr>
  </w:style>
  <w:style w:type="character" w:styleId="Hervorhebung">
    <w:name w:val="Emphasis"/>
    <w:basedOn w:val="Absatz-Standardschriftart"/>
    <w:uiPriority w:val="20"/>
    <w:qFormat/>
    <w:rsid w:val="00FC693F"/>
    <w:rPr>
      <w:i/>
      <w:iCs/>
    </w:rPr>
  </w:style>
  <w:style w:type="paragraph" w:styleId="IntensivesZitat">
    <w:name w:val="Intense Quote"/>
    <w:basedOn w:val="Standard"/>
    <w:next w:val="Standard"/>
    <w:link w:val="IntensivesZitatZchn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ivesZitatZchn">
    <w:name w:val="Intensives Zitat Zchn"/>
    <w:basedOn w:val="Absatz-Standardschriftart"/>
    <w:link w:val="IntensivesZitat"/>
    <w:uiPriority w:val="30"/>
    <w:rsid w:val="00FC693F"/>
    <w:rPr>
      <w:b/>
      <w:bCs/>
      <w:i/>
      <w:iCs/>
      <w:color w:val="4F81BD" w:themeColor="accent1"/>
    </w:rPr>
  </w:style>
  <w:style w:type="character" w:styleId="SchwacheHervorhebung">
    <w:name w:val="Subtle Emphasis"/>
    <w:basedOn w:val="Absatz-Standardschriftart"/>
    <w:uiPriority w:val="19"/>
    <w:qFormat/>
    <w:rsid w:val="00FC693F"/>
    <w:rPr>
      <w:i/>
      <w:iCs/>
      <w:color w:val="808080" w:themeColor="text1" w:themeTint="7F"/>
    </w:rPr>
  </w:style>
  <w:style w:type="character" w:styleId="IntensiveHervorhebung">
    <w:name w:val="Intense Emphasis"/>
    <w:basedOn w:val="Absatz-Standardschriftart"/>
    <w:uiPriority w:val="21"/>
    <w:qFormat/>
    <w:rsid w:val="00FC693F"/>
    <w:rPr>
      <w:b/>
      <w:bCs/>
      <w:i/>
      <w:iCs/>
      <w:color w:val="4F81BD" w:themeColor="accent1"/>
    </w:rPr>
  </w:style>
  <w:style w:type="character" w:styleId="SchwacherVerweis">
    <w:name w:val="Subtle Reference"/>
    <w:basedOn w:val="Absatz-Standardschriftart"/>
    <w:uiPriority w:val="31"/>
    <w:qFormat/>
    <w:rsid w:val="00FC693F"/>
    <w:rPr>
      <w:smallCaps/>
      <w:color w:val="C0504D" w:themeColor="accent2"/>
      <w:u w:val="single"/>
    </w:rPr>
  </w:style>
  <w:style w:type="character" w:styleId="IntensiverVerweis">
    <w:name w:val="Intense Reference"/>
    <w:basedOn w:val="Absatz-Standardschriftar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uchtitel">
    <w:name w:val="Book Title"/>
    <w:basedOn w:val="Absatz-Standardschriftart"/>
    <w:uiPriority w:val="33"/>
    <w:qFormat/>
    <w:rsid w:val="00FC693F"/>
    <w:rPr>
      <w:b/>
      <w:bCs/>
      <w:smallCaps/>
      <w:spacing w:val="5"/>
    </w:rPr>
  </w:style>
  <w:style w:type="paragraph" w:styleId="Inhaltsverzeichnisberschrift">
    <w:name w:val="TOC Heading"/>
    <w:basedOn w:val="berschrift1"/>
    <w:next w:val="Standard"/>
    <w:uiPriority w:val="39"/>
    <w:semiHidden/>
    <w:unhideWhenUsed/>
    <w:qFormat/>
    <w:rsid w:val="00FC693F"/>
    <w:pPr>
      <w:outlineLvl w:val="9"/>
    </w:pPr>
  </w:style>
  <w:style w:type="table" w:styleId="Tabellenraster">
    <w:name w:val="Table Grid"/>
    <w:basedOn w:val="NormaleTabelle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HelleSchattierung">
    <w:name w:val="Light Shading"/>
    <w:basedOn w:val="NormaleTabelle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HelleSchattierung-Akzent1">
    <w:name w:val="Light Shading Accent 1"/>
    <w:basedOn w:val="NormaleTabelle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HelleSchattierung-Akzent2">
    <w:name w:val="Light Shading Accent 2"/>
    <w:basedOn w:val="NormaleTabelle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HelleSchattierung-Akzent3">
    <w:name w:val="Light Shading Accent 3"/>
    <w:basedOn w:val="NormaleTabelle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HelleSchattierung-Akzent4">
    <w:name w:val="Light Shading Accent 4"/>
    <w:basedOn w:val="NormaleTabelle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HelleSchattierung-Akzent5">
    <w:name w:val="Light Shading Accent 5"/>
    <w:basedOn w:val="NormaleTabelle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HelleSchattierung-Akzent6">
    <w:name w:val="Light Shading Accent 6"/>
    <w:basedOn w:val="NormaleTabelle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HelleListe">
    <w:name w:val="Light List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HelleListe-Akzent1">
    <w:name w:val="Light List Accent 1"/>
    <w:basedOn w:val="NormaleTabelle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HelleListe-Akzent2">
    <w:name w:val="Light List Accent 2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HelleListe-Akzent3">
    <w:name w:val="Light List Accent 3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HelleListe-Akzent4">
    <w:name w:val="Light List Accent 4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HelleListe-Akzent5">
    <w:name w:val="Light List Accent 5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HelleListe-Akzent6">
    <w:name w:val="Light List Accent 6"/>
    <w:basedOn w:val="NormaleTabelle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HellesRaster">
    <w:name w:val="Light Grid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HellesRaster-Akzent1">
    <w:name w:val="Light Grid Accent 1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HellesRaster-Akzent2">
    <w:name w:val="Light Grid Accent 2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HellesRaster-Akzent3">
    <w:name w:val="Light Grid Accent 3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HellesRaster-Akzent4">
    <w:name w:val="Light Grid Accent 4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HellesRaster-Akzent5">
    <w:name w:val="Light Grid Accent 5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HellesRaster-Akzent6">
    <w:name w:val="Light Grid Accent 6"/>
    <w:basedOn w:val="NormaleTabelle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ittlereSchattierung1">
    <w:name w:val="Medium Shading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1">
    <w:name w:val="Medium Shading 1 Accent 1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2">
    <w:name w:val="Medium Shading 1 Accent 2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3">
    <w:name w:val="Medium Shading 1 Accent 3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4">
    <w:name w:val="Medium Shading 1 Accent 4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5">
    <w:name w:val="Medium Shading 1 Accent 5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1-Akzent6">
    <w:name w:val="Medium Shading 1 Accent 6"/>
    <w:basedOn w:val="NormaleTabelle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ittlereSchattierung2">
    <w:name w:val="Medium Shading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1">
    <w:name w:val="Medium Shading 2 Accent 1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2">
    <w:name w:val="Medium Shading 2 Accent 2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3">
    <w:name w:val="Medium Shading 2 Accent 3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4">
    <w:name w:val="Medium Shading 2 Accent 4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5">
    <w:name w:val="Medium Shading 2 Accent 5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Schattierung2-Akzent6">
    <w:name w:val="Medium Shading 2 Accent 6"/>
    <w:basedOn w:val="NormaleTabelle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ittlereListe1">
    <w:name w:val="Medium Lis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ittlereListe1-Akzent1">
    <w:name w:val="Medium List 1 Accent 1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ittlereListe1-Akzent2">
    <w:name w:val="Medium List 1 Accent 2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ittlereListe1-Akzent3">
    <w:name w:val="Medium List 1 Accent 3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ittlereListe1-Akzent4">
    <w:name w:val="Medium List 1 Accent 4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ittlereListe1-Akzent5">
    <w:name w:val="Medium List 1 Accent 5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ittlereListe1-Akzent6">
    <w:name w:val="Medium List 1 Accent 6"/>
    <w:basedOn w:val="NormaleTabelle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ittlereListe2">
    <w:name w:val="Medium Lis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1">
    <w:name w:val="Medium List 2 Accent 1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2">
    <w:name w:val="Medium List 2 Accent 2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3">
    <w:name w:val="Medium List 2 Accent 3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4">
    <w:name w:val="Medium List 2 Accent 4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5">
    <w:name w:val="Medium List 2 Accent 5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Liste2-Akzent6">
    <w:name w:val="Medium List 2 Accent 6"/>
    <w:basedOn w:val="NormaleTabelle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ittleresRaster1">
    <w:name w:val="Medium Grid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ittleresRaster1-Akzent1">
    <w:name w:val="Medium Grid 1 Accent 1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ittleresRaster1-Akzent2">
    <w:name w:val="Medium Grid 1 Accent 2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ittleresRaster1-Akzent3">
    <w:name w:val="Medium Grid 1 Accent 3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ittleresRaster1-Akzent4">
    <w:name w:val="Medium Grid 1 Accent 4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ittleresRaster1-Akzent5">
    <w:name w:val="Medium Grid 1 Accent 5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ittleresRaster1-Akzent6">
    <w:name w:val="Medium Grid 1 Accent 6"/>
    <w:basedOn w:val="NormaleTabelle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ittleresRaster2">
    <w:name w:val="Medium Grid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1">
    <w:name w:val="Medium Grid 2 Accent 1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2">
    <w:name w:val="Medium Grid 2 Accent 2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3">
    <w:name w:val="Medium Grid 2 Accent 3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4">
    <w:name w:val="Medium Grid 2 Accent 4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5">
    <w:name w:val="Medium Grid 2 Accent 5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2-Akzent6">
    <w:name w:val="Medium Grid 2 Accent 6"/>
    <w:basedOn w:val="NormaleTabelle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ittleresRaster3">
    <w:name w:val="Medium Grid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ittleresRaster3-Akzent1">
    <w:name w:val="Medium Grid 3 Accent 1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ittleresRaster3-Akzent2">
    <w:name w:val="Medium Grid 3 Accent 2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ittleresRaster3-Akzent3">
    <w:name w:val="Medium Grid 3 Accent 3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ittleresRaster3-Akzent4">
    <w:name w:val="Medium Grid 3 Accent 4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ittleresRaster3-Akzent5">
    <w:name w:val="Medium Grid 3 Accent 5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ittleresRaster3-Akzent6">
    <w:name w:val="Medium Grid 3 Accent 6"/>
    <w:basedOn w:val="NormaleTabelle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unkleListe">
    <w:name w:val="Dark List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unkleListe-Akzent1">
    <w:name w:val="Dark List Accent 1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unkleListe-Akzent2">
    <w:name w:val="Dark List Accent 2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unkleListe-Akzent3">
    <w:name w:val="Dark List Accent 3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unkleListe-Akzent4">
    <w:name w:val="Dark List Accent 4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unkleListe-Akzent5">
    <w:name w:val="Dark List Accent 5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unkleListe-Akzent6">
    <w:name w:val="Dark List Accent 6"/>
    <w:basedOn w:val="NormaleTabelle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FarbigeSchattierung">
    <w:name w:val="Colorful Shading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1">
    <w:name w:val="Colorful Shading Accent 1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2">
    <w:name w:val="Colorful Shading Accent 2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3">
    <w:name w:val="Colorful Shading Accent 3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chattierung-Akzent4">
    <w:name w:val="Colorful Shading Accent 4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5">
    <w:name w:val="Colorful Shading Accent 5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Schattierung-Akzent6">
    <w:name w:val="Colorful Shading Accent 6"/>
    <w:basedOn w:val="NormaleTabelle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bigeListe">
    <w:name w:val="Colorful List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bigeListe-Akzent1">
    <w:name w:val="Colorful List Accent 1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FarbigeListe-Akzent2">
    <w:name w:val="Colorful List Accent 2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FarbigeListe-Akzent3">
    <w:name w:val="Colorful List Accent 3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FarbigeListe-Akzent4">
    <w:name w:val="Colorful List Accent 4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FarbigeListe-Akzent5">
    <w:name w:val="Colorful List Accent 5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FarbigeListe-Akzent6">
    <w:name w:val="Colorful List Accent 6"/>
    <w:basedOn w:val="NormaleTabelle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FarbigesRaster">
    <w:name w:val="Colorful Grid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bigesRaster-Akzent1">
    <w:name w:val="Colorful Grid Accent 1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FarbigesRaster-Akzent2">
    <w:name w:val="Colorful Grid Accent 2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FarbigesRaster-Akzent3">
    <w:name w:val="Colorful Grid Accent 3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FarbigesRaster-Akzent4">
    <w:name w:val="Colorful Grid Accent 4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FarbigesRaster-Akzent5">
    <w:name w:val="Colorful Grid Accent 5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FarbigesRaster-Akzent6">
    <w:name w:val="Colorful Grid Accent 6"/>
    <w:basedOn w:val="NormaleTabelle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6A336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6A3366"/>
    <w:rPr>
      <w:rFonts w:ascii="Tahoma" w:hAnsi="Tahoma" w:cs="Tahoma"/>
      <w:color w:val="373737"/>
      <w:sz w:val="16"/>
      <w:szCs w:val="16"/>
    </w:rPr>
  </w:style>
  <w:style w:type="character" w:styleId="Hyperlink">
    <w:name w:val="Hyperlink"/>
    <w:basedOn w:val="Absatz-Standardschriftart"/>
    <w:uiPriority w:val="99"/>
    <w:semiHidden/>
    <w:unhideWhenUsed/>
    <w:rsid w:val="006A336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ufh-calw@gmx.de" TargetMode="External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yperlink" Target="mailto:ufh-calw@gmx.d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6C2E61-3189-40E0-AFFD-954A08EAA32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254</Words>
  <Characters>1601</Characters>
  <Application>Microsoft Office Word</Application>
  <DocSecurity>0</DocSecurity>
  <Lines>13</Lines>
  <Paragraphs>3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1852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dc:description>generated by python-docx</dc:description>
  <cp:lastModifiedBy>Hubert Schechinger</cp:lastModifiedBy>
  <cp:revision>6</cp:revision>
  <cp:lastPrinted>2026-09-24T14:47:00Z</cp:lastPrinted>
  <dcterms:created xsi:type="dcterms:W3CDTF">2026-09-24T14:47:00Z</dcterms:created>
  <dcterms:modified xsi:type="dcterms:W3CDTF">2026-09-27T16:42:00Z</dcterms:modified>
</cp:coreProperties>
</file>